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b/>
                <w:color w:val="0B1F3A"/>
                <w:sz w:val="28"/>
              </w:rPr>
              <w:t>[Your Business Name]</w:t>
            </w:r>
          </w:p>
          <w:p>
            <w:r>
              <w:rPr>
                <w:color w:val="555F6D"/>
                <w:sz w:val="18"/>
              </w:rPr>
              <w:t>[Street address]</w:t>
            </w:r>
          </w:p>
          <w:p>
            <w:r>
              <w:rPr>
                <w:color w:val="555F6D"/>
                <w:sz w:val="18"/>
              </w:rPr>
              <w:t>[City, State ZIP]</w:t>
            </w:r>
          </w:p>
          <w:p>
            <w:r>
              <w:rPr>
                <w:color w:val="555F6D"/>
                <w:sz w:val="18"/>
              </w:rPr>
              <w:t>[Phone] · [Email]</w:t>
            </w:r>
          </w:p>
          <w:p>
            <w:r>
              <w:rPr>
                <w:color w:val="555F6D"/>
                <w:sz w:val="18"/>
              </w:rPr>
              <w:t>[License # if required]</w:t>
            </w:r>
          </w:p>
        </w:tc>
        <w:tc>
          <w:tcPr>
            <w:tcW w:type="dxa" w:w="4968"/>
          </w:tcPr>
          <w:p>
            <w:pPr>
              <w:jc w:val="right"/>
            </w:pPr>
            <w:r>
              <w:rPr>
                <w:b/>
                <w:color w:val="2563EB"/>
                <w:sz w:val="40"/>
              </w:rPr>
              <w:t>ELECTRICAL INVOICE</w:t>
            </w:r>
          </w:p>
          <w:p>
            <w:pPr>
              <w:jc w:val="right"/>
            </w:pPr>
            <w:r>
              <w:rPr>
                <w:sz w:val="18"/>
              </w:rPr>
              <w:t>Invoice #: [0001]</w:t>
            </w:r>
          </w:p>
          <w:p>
            <w:pPr>
              <w:jc w:val="right"/>
            </w:pPr>
            <w:r>
              <w:rPr>
                <w:sz w:val="18"/>
              </w:rPr>
              <w:t>Date: [MM/DD/YYYY]</w:t>
            </w:r>
          </w:p>
          <w:p>
            <w:pPr>
              <w:jc w:val="right"/>
            </w:pPr>
            <w:r>
              <w:rPr>
                <w:sz w:val="18"/>
              </w:rPr>
              <w:t>Due: [MM/DD/YYYY]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b/>
              </w:rPr>
              <w:t>BILL TO</w:t>
            </w:r>
          </w:p>
          <w:p>
            <w:r>
              <w:t>[Customer name]</w:t>
            </w:r>
          </w:p>
          <w:p>
            <w:r>
              <w:t>[Billing address]</w:t>
            </w:r>
          </w:p>
          <w:p>
            <w:r>
              <w:t>[Phone / email]</w:t>
            </w:r>
          </w:p>
        </w:tc>
        <w:tc>
          <w:tcPr>
            <w:tcW w:type="dxa" w:w="4968"/>
          </w:tcPr>
          <w:p>
            <w:r>
              <w:rPr>
                <w:b/>
              </w:rPr>
              <w:t>SERVICE ADDRESS</w:t>
            </w:r>
          </w:p>
          <w:p>
            <w:r>
              <w:t>[Job site address]</w:t>
            </w:r>
          </w:p>
          <w:p>
            <w:r>
              <w:t>Technician: [Name]</w:t>
            </w:r>
          </w:p>
          <w:p>
            <w:r>
              <w:t>Job #: [0001]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5472"/>
            <w:shd w:val="clear" w:color="auto" w:fill="0B1F3A"/>
          </w:tcPr>
          <w:p>
            <w:r/>
            <w:r>
              <w:rPr>
                <w:b/>
                <w:color w:val="FFFFFF"/>
              </w:rPr>
              <w:t>Description</w:t>
            </w:r>
          </w:p>
        </w:tc>
        <w:tc>
          <w:tcPr>
            <w:tcW w:type="dxa" w:w="2484"/>
            <w:shd w:val="clear" w:color="auto" w:fill="0B1F3A"/>
          </w:tcPr>
          <w:p>
            <w:r/>
            <w:r>
              <w:rPr>
                <w:b/>
                <w:color w:val="FFFFFF"/>
              </w:rPr>
              <w:t>Qty</w:t>
            </w:r>
          </w:p>
        </w:tc>
        <w:tc>
          <w:tcPr>
            <w:tcW w:type="dxa" w:w="2484"/>
            <w:shd w:val="clear" w:color="auto" w:fill="0B1F3A"/>
          </w:tcPr>
          <w:p>
            <w:r/>
            <w:r>
              <w:rPr>
                <w:b/>
                <w:color w:val="FFFFFF"/>
              </w:rPr>
              <w:t>Rate</w:t>
            </w:r>
          </w:p>
        </w:tc>
        <w:tc>
          <w:tcPr>
            <w:tcW w:type="dxa" w:w="2484"/>
            <w:shd w:val="clear" w:color="auto" w:fill="0B1F3A"/>
          </w:tcPr>
          <w:p>
            <w:r/>
            <w:r>
              <w:rPr>
                <w:b/>
                <w:color w:val="FFFFFF"/>
              </w:rPr>
              <w:t>Amount</w:t>
            </w:r>
          </w:p>
        </w:tc>
      </w:tr>
      <w:tr>
        <w:tc>
          <w:tcPr>
            <w:tcW w:type="dxa" w:w="5472"/>
          </w:tcPr>
          <w:p>
            <w:r>
              <w:t>Service call</w:t>
            </w:r>
          </w:p>
        </w:tc>
        <w:tc>
          <w:tcPr>
            <w:tcW w:type="dxa" w:w="2484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2484"/>
          </w:tcPr>
          <w:p>
            <w:pPr>
              <w:jc w:val="right"/>
            </w:pPr>
            <w:r>
              <w:t>$95.00</w:t>
            </w:r>
          </w:p>
        </w:tc>
        <w:tc>
          <w:tcPr>
            <w:tcW w:type="dxa" w:w="2484"/>
          </w:tcPr>
          <w:p>
            <w:pPr>
              <w:jc w:val="right"/>
            </w:pPr>
            <w:r>
              <w:t>$95.00</w:t>
            </w:r>
          </w:p>
        </w:tc>
      </w:tr>
      <w:tr>
        <w:tc>
          <w:tcPr>
            <w:tcW w:type="dxa" w:w="5472"/>
          </w:tcPr>
          <w:p>
            <w:r>
              <w:t>Replace 20A breaker</w:t>
            </w:r>
          </w:p>
        </w:tc>
        <w:tc>
          <w:tcPr>
            <w:tcW w:type="dxa" w:w="2484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2484"/>
          </w:tcPr>
          <w:p>
            <w:pPr>
              <w:jc w:val="right"/>
            </w:pPr>
            <w:r>
              <w:t>$145.00</w:t>
            </w:r>
          </w:p>
        </w:tc>
        <w:tc>
          <w:tcPr>
            <w:tcW w:type="dxa" w:w="2484"/>
          </w:tcPr>
          <w:p>
            <w:pPr>
              <w:jc w:val="right"/>
            </w:pPr>
            <w:r>
              <w:t>$145.00</w:t>
            </w:r>
          </w:p>
        </w:tc>
      </w:tr>
      <w:tr>
        <w:tc>
          <w:tcPr>
            <w:tcW w:type="dxa" w:w="5472"/>
          </w:tcPr>
          <w:p>
            <w:r>
              <w:t>GFCI outlet, installed</w:t>
            </w:r>
          </w:p>
        </w:tc>
        <w:tc>
          <w:tcPr>
            <w:tcW w:type="dxa" w:w="2484"/>
          </w:tcPr>
          <w:p>
            <w:pPr>
              <w:jc w:val="right"/>
            </w:pPr>
            <w:r>
              <w:t>2</w:t>
            </w:r>
          </w:p>
        </w:tc>
        <w:tc>
          <w:tcPr>
            <w:tcW w:type="dxa" w:w="2484"/>
          </w:tcPr>
          <w:p>
            <w:pPr>
              <w:jc w:val="right"/>
            </w:pPr>
            <w:r>
              <w:t>$55.00</w:t>
            </w:r>
          </w:p>
        </w:tc>
        <w:tc>
          <w:tcPr>
            <w:tcW w:type="dxa" w:w="2484"/>
          </w:tcPr>
          <w:p>
            <w:pPr>
              <w:jc w:val="right"/>
            </w:pPr>
            <w:r>
              <w:t>$110.00</w:t>
            </w:r>
          </w:p>
        </w:tc>
      </w:tr>
      <w:tr>
        <w:tc>
          <w:tcPr>
            <w:tcW w:type="dxa" w:w="5472"/>
          </w:tcPr>
          <w:p>
            <w:r>
              <w:t>Service Mgt Fee (optional)</w:t>
            </w:r>
          </w:p>
        </w:tc>
        <w:tc>
          <w:tcPr>
            <w:tcW w:type="dxa" w:w="2484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2484"/>
          </w:tcPr>
          <w:p>
            <w:pPr>
              <w:jc w:val="right"/>
            </w:pPr>
            <w:r>
              <w:t>$0.79</w:t>
            </w:r>
          </w:p>
        </w:tc>
        <w:tc>
          <w:tcPr>
            <w:tcW w:type="dxa" w:w="2484"/>
          </w:tcPr>
          <w:p>
            <w:pPr>
              <w:jc w:val="right"/>
            </w:pPr>
            <w:r>
              <w:t>$0.79</w:t>
            </w:r>
          </w:p>
        </w:tc>
      </w:tr>
      <w:tr>
        <w:tc>
          <w:tcPr>
            <w:tcW w:type="dxa" w:w="5472"/>
            <w:gridSpan w:val="3"/>
          </w:tcPr>
          <w:p>
            <w:pPr>
              <w:jc w:val="right"/>
            </w:pPr>
            <w:r/>
            <w:r>
              <w:rPr>
                <w:b w:val="0"/>
              </w:rPr>
              <w:t>Subtotal</w:t>
            </w:r>
          </w:p>
        </w:tc>
        <w:tc>
          <w:tcPr>
            <w:tcW w:type="dxa" w:w="2484"/>
          </w:tcPr>
          <w:p>
            <w:pPr>
              <w:jc w:val="right"/>
            </w:pPr>
            <w:r/>
            <w:r>
              <w:rPr>
                <w:b w:val="0"/>
              </w:rPr>
              <w:t>$350.79</w:t>
            </w:r>
          </w:p>
        </w:tc>
      </w:tr>
      <w:tr>
        <w:tc>
          <w:tcPr>
            <w:tcW w:type="dxa" w:w="5472"/>
            <w:gridSpan w:val="3"/>
          </w:tcPr>
          <w:p>
            <w:pPr>
              <w:jc w:val="right"/>
            </w:pPr>
            <w:r/>
            <w:r>
              <w:rPr>
                <w:b w:val="0"/>
              </w:rPr>
              <w:t>Tax ([rate]% on taxable items)</w:t>
            </w:r>
          </w:p>
        </w:tc>
        <w:tc>
          <w:tcPr>
            <w:tcW w:type="dxa" w:w="2484"/>
          </w:tcPr>
          <w:p>
            <w:pPr>
              <w:jc w:val="right"/>
            </w:pPr>
            <w:r/>
            <w:r>
              <w:rPr>
                <w:b w:val="0"/>
              </w:rPr>
              <w:t>$[0.00]</w:t>
            </w:r>
          </w:p>
        </w:tc>
      </w:tr>
      <w:tr>
        <w:tc>
          <w:tcPr>
            <w:tcW w:type="dxa" w:w="5472"/>
            <w:gridSpan w:val="3"/>
          </w:tcPr>
          <w:p>
            <w:pPr>
              <w:jc w:val="right"/>
            </w:pPr>
            <w:r/>
            <w:r>
              <w:rPr>
                <w:b/>
              </w:rPr>
              <w:t>Total due</w:t>
            </w:r>
          </w:p>
        </w:tc>
        <w:tc>
          <w:tcPr>
            <w:tcW w:type="dxa" w:w="2484"/>
            <w:shd w:val="clear" w:color="auto" w:fill="EFF6FF"/>
          </w:tcPr>
          <w:p>
            <w:pPr>
              <w:jc w:val="right"/>
            </w:pPr>
            <w:r/>
            <w:r>
              <w:rPr>
                <w:b/>
              </w:rPr>
              <w:t>$350.79 + tax</w:t>
            </w:r>
          </w:p>
        </w:tc>
      </w:tr>
    </w:tbl>
    <w:p/>
    <w:p>
      <w:pPr>
        <w:spacing w:after="80"/>
      </w:pPr>
      <w:r>
        <w:rPr>
          <w:b w:val="0"/>
          <w:color w:val="555F6D"/>
          <w:sz w:val="16"/>
        </w:rPr>
        <w:t>Example amounts shown. Replace with your own prices. The Service Mgt Fee line is optional; delete it if you don't use one.</w:t>
      </w:r>
    </w:p>
    <w:p>
      <w:pPr>
        <w:spacing w:after="40"/>
      </w:pPr>
      <w:r>
        <w:rPr>
          <w:b/>
          <w:color w:val="0B1F3A"/>
          <w:sz w:val="20"/>
        </w:rPr>
        <w:t>Payment terms</w:t>
      </w:r>
    </w:p>
    <w:p>
      <w:pPr>
        <w:spacing w:after="40"/>
      </w:pPr>
      <w:r>
        <w:rPr>
          <w:b w:val="0"/>
          <w:color w:val="555F6D"/>
          <w:sz w:val="18"/>
        </w:rPr>
        <w:t>Payment due within [15] days of the invoice date.</w:t>
      </w:r>
    </w:p>
    <w:p>
      <w:pPr>
        <w:spacing w:after="40"/>
      </w:pPr>
      <w:r>
        <w:rPr>
          <w:b w:val="0"/>
          <w:color w:val="555F6D"/>
          <w:sz w:val="18"/>
        </w:rPr>
        <w:t>We accept [card, check, ACH, cash].</w:t>
      </w:r>
    </w:p>
    <w:p>
      <w:pPr>
        <w:spacing w:after="40"/>
      </w:pPr>
      <w:r>
        <w:rPr>
          <w:b w:val="0"/>
          <w:color w:val="555F6D"/>
          <w:sz w:val="18"/>
        </w:rPr>
        <w:t>A late fee of [X%] per month may apply to past-due balances. [Edit to match your policy and local law.]</w:t>
      </w:r>
    </w:p>
    <w:p/>
    <w:p>
      <w:pPr>
        <w:spacing w:after="160"/>
      </w:pPr>
      <w:r>
        <w:rPr>
          <w:b/>
          <w:sz w:val="20"/>
        </w:rPr>
        <w:t>Thank you for your business!</w:t>
      </w:r>
    </w:p>
    <w:p>
      <w:r>
        <w:rPr>
          <w:color w:val="555F6D"/>
          <w:sz w:val="16"/>
        </w:rPr>
        <w:t xml:space="preserve">Made with CrewForge · </w:t>
      </w:r>
      <w:hyperlink r:id="rId9">
        <w:r>
          <w:rPr>
            <w:color w:val="2563EB"/>
            <w:u w:val="single"/>
            <w:sz w:val="16"/>
          </w:rPr>
          <w:t>crewforge.app</w:t>
        </w:r>
      </w:hyperlink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crewforge.app/?utm_source=template&amp;utm_medium=download&amp;utm_campaign=resourc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